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הסיגד, משמעות שמו ותאריכו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באתיופיה ובישראל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קצרה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נקראת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בסתיו, בכ״ט בחשון.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חל חמישים יום אחרי יום הכיפורים.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להמשיך את ימי התשובה של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ברית עם האלוהים והתורה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העלייה אל ההר באתיופיה – מה קרה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העלייה אל ההר באתיופיה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העלייה אל ההר באתיופיה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לבשו בגדים לבנים ונקיים.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עלו יחד אל פסגת ההר הגבוה.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קראו מן האורית בשפת געז.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תרגמו את הדברים לאמהרית כדי שכולם יבינו.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התפילה ירדו מן ההר וחגגו בארוחה ובריקודים.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סיגד היום בירושלים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סיגד היום בירושלים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סיגד היום בירושלים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לראות את העיר, להתפלל יחד ולזכור את המסורת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לשמור על המסורת וסמל הטוהר שהיה גם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מתפללים יחד, שרים, רוקדים, אוכלים ארוחה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וביטויים של החג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 אוכלים ולא שותים עד אחרי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וביטויים של החג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וביטויים של החג – כותבים עם מילות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קהילת ביתא ישראל חוגגת יחד את חג הסיגד.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 היא הבטחה או התחייבות בין העם לבין האל, שמחדשים אותה כל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אחרי הצום כולם שמחים, אוכלים ורוקדים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דקדוק, משחקים וכתיבה – מילים וההתאמה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(השתחוות, 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(השפה העתיקה שבה כתובה האורית)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(שפת היומיום של הקהילה)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דקדוק, משחקים וכתיבה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משחקים וכתיבה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אוכלים יחד,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מסמל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רוב המתפללים לא הבינו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בשניהם מתכנסים, שומעים את התורה ומתחייבים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ביתא ישראל -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צמים, מתפללים, עולים להר,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להתחייב מחדש לשמור על המצוות והתורה, כמו שעשו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להכיר את התרבות של קהילת ביתא ישראל ולחגוג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השתחוות או 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בירושלים, על טיילת מול הנוף של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מובילים את התפילה, קוראים מהאורית ומסבירים באמהרית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 קצרים, פרק אחד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לשמור על הניקוד ולהקריא בקול; בד׳-ו׳ אפשר לבקש 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להשתמש בכרטיסי תמונה ואמוג׳י במקום במשפטים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לתלמידים לבחור בין כתיבה אישית לבין כתיבה על דמות - כדי שכל אחד ירגיש בנוח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יחד על חג הסיגד - מה החג מספר לנו, איך חגגו אותו באתיופיה ואיך חוגגים אותו היום בירושלים. בכל פרק נקרא טקסט קצר, נתרגל מילים ונענה על 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באביב,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'סיגד' פירושה השתחוות וסגידה.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עשרה ימים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סיגד פירושה __________ וסגידה.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קהילת יהודי אתיופיה נקראת גם __________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חל __________ יום אחרי יום הכיפורים.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חג הסיגד חל חמישים יום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להמשיך את ימי התשובה של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תאריך מקרי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תאריך 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קשר בין החגים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'ביתא ישראל'?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מחדשים בחג הסיגד,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עם האלוהים והתורה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קציר התבואה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העלייה אל ההר באתיופיה – מה קרה בבוקר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מהיום עלו בני הקהילה אל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בגדים לבשו העולים אל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לבנים ונקיים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המסורת, את איזה הר מזכיר ההר שעלו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הוביל את התפילה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הסוחרים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העלייה אל ההר באתיופיה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העלייה אל ההר, אנשי הקהילה לבשו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המסורת, ההר באתיופיה מזכיר את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מנהיגי הקהילה שהובילו את התפילה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האורית, ספר התורה של הקהילה, כתובה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הקסים תרגמו את דברי האורית לשפת __________, כדי שכולם יבינו.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העלייה אל ההר באתיופיה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תרגמו את הדברים לאמהרית כדי שכולם יבינו.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קראו מן האורית בשפת געז.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התפילה ירדו מן ההר וחגגו בארוחה ובריקודים.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עלו יחד אל פסגת ההר הגבוה.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לבשו בגדים לבנים ונקיים.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סיגד היום בירושלים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חוגגים היום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הקהל רואה את הנוף של העיר בזמן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מהטיילת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בגדים לובשים הקסים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הקסים מחזיקים בידיהם, חוץ מספר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אחרי התפילה המשותפת בטיילת?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הולכים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שרים ורוקדים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סיגד היום בירושלים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חוגגים את חג הסיגד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הקהל עומד על ה__________ ורואה משם את העיר.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לובשים לבן ומחזיקים __________ צבעוניות.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התפילה המשפחות חוגגות ב__________ וברקודים.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סיגד היום בירושלים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אחד למה אנשים רבים עולים לטיילת בירושלים ביום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הקסים ממשיכים ללבוש בגדים לבנים גם בירושלים?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שמשפחות עושות יחד בסיגד בירושלים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וביטויים של החג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ריקוד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לקהילה שחוגגת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עדת המזרח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בצום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אוכלים ולא שותים עד אחרי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ארוחה גדולה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בגדים לובשים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מוביל את התפילה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וביטויים של החג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מחדשת את ה__________ עם אלוהים ועם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הצום יש __________ חגיגית עם שירים וריקודים.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קוראים מתוך האורית בשפת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בני הקהילה עולים יחד אל ה__________ הגבוה, לפי המסורת.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וביטויים של החג – כותבים עם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"קהילה", הקשור לחג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"ברית", לפי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שמתאר את ה"שמחה" בסיום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דקדוק, משחקים וכתיבה – מילים וההתאמה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השתחוות, 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השפה העתיקה שבה כתובה 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דקדוק, משחקים וכתיבה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בבוקר החג עלו בני הקהילה אל פסגת __________ גבוה.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הקֵסים קראו מתוך האורית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התפילה אמרו כולם יחד: בשנה הבאה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הסיגד בני הקהילה מחדשים את ה__________ עם האל ועם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דקדוק, משחקים וכתיבה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בני הקהילה אחרי שהצום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יחד,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לצום עוד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ההר שעלו עליו בסיגד נחשב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מסמל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קרוב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נמצא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ההר הגבוה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הקסים תרגמו את דברי האורית לאמהרית?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רוב המתפללים לא הבינו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היה לדבר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אמהרית קדושה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חג הסיגד לבין חידוש הברית בימי עזרא ונחמיה?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בשניהם מתכנסים, שומעים את התורה ומתחייבים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חלים באותו תאריך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מתקיימים רק באתיופיה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ביתא ישראל -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צבע בגדים לבשו בעלייה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הוביל את התפילה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שפה כתוב ספר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היום את חג הסיגד חוגגים בעיקר באיזו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שעושים בני הקהילה בחג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"לחדש ברית".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שכל המדינה תכיר את 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חוגגים היום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הקסים עושים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