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חג הסיגד, משמעות שמו ותאריכו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מנהגי החג באתיופיה ובישראל היום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להרחיב אוצר מילים הקשור לחג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הבנת הנקרא וכתיבה קצרה על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מה זה חג הסיגד – זיהוי עובדות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הקהילה נקראת ביתא ישראל.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החג חל בסתיו, בכ״ט בחשון.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מוסבר בטקסט.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חל חמישים יום אחרי יום הכיפורים.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מה זה חג הסיגד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השתחוות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חמישים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מה זה חג הסיגד – הבנה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כדי להמשיך את ימי התשובה של הסתיו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בכ״ט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ברית עם האלוהים והתורה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2 · העלייה אל ההר באתיופיה – מה קרה בבוקר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בבוקר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לבנים ונקיים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העלייה אל ההר באתיופיה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לבנים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אמהרית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העלייה אל ההר באתיופיה – מסדרים את הסיפור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בני הקהילה לבשו בגדים לבנים ונקיים.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כולם עלו יחד אל פסגת ההר הגבוה.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הקסים קראו מן האורית בשפת געז.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הקסים תרגמו את הדברים לאמהרית כדי שכולם יבינו.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בסוף התפילה ירדו מן ההר וחגגו בארוחה ובריקודים.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3 · סיגד היום בירושלים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בירושלים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מהטיילת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מטריות צבעוניות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שרים ורוקדים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סיגד היום בירושלים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טיילת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מטריות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שמחה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סיגד היום בירושלים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כדי לראות את העיר, להתפלל יחד ולזכור את המסורת מאתיופיה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כדי לשמור על המסורת וסמל הטוהר שהיה גם באתיופיה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למשל: מתפללים יחד, שרים, רוקדים, אוכלים ארוחה חגיגית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4 · מילים וביטויים של החג – מכירים את המילים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ביתא 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לא אוכלים ולא שותים עד אחרי הצהריים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הקסים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מילים וביטויים של החג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ארוחה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מילים וביטויים של החג – כותבים עם מילות החג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קהילת ביתא ישראל חוגגת יחד את חג הסיגד.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ברית היא הבטחה או התחייבות בין העם לבין האל, שמחדשים אותה כל שנה.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אחרי הצום כולם שמחים, אוכלים ורוקדים יחד.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5 · דקדוק, משחקים וכתיבה – מילים וההתאמה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(השתחוות, סגידה)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(מנהיגי הקהילה הדתיים)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(ספר התורה של הקהילה)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(השפה העתיקה שבה כתובה האורית)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(שפת היומיום של הקהילה)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דקדוק, משחקים וכתיבה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דקדוק, משחקים וכתיבה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אוכלים יחד,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הוא מסמל את הר סיני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כי רוב המתפללים לא הבינו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בשניהם מתכנסים, שומעים את התורה ומתחייבים מחדש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חזרה מסכמת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השתחוות וסגידה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בכ״ט בחשון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ביתא ישראל - יהודי אתיופיה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הקסים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ג – חמישים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ג – געז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ב – ירושלים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כתיבה וחשיבה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למשל: צמים, מתפללים, עולים להר, שרים ורוקדים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להתחייב מחדש לשמור על המצוות והתורה, כמו שעשו בימי עזרא ונחמיה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פתוחה - למשל כדי להכיר את התרבות של קהילת ביתא ישראל ולחגוג יחד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השתחוות או סגידה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בירושלים, על טיילת מול הנוף של העיר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תשובה: מובילים את התפילה, קוראים מהאורית ומסבירים באמהרית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לשלושה-ארבעה שיעורים קצרים, פרק אחד או שניים בכל 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לכיתות א׳-ג׳ מומלץ לשמור על הניקוד ולהקריא בקול; בד׳-ו׳ אפשר לבקש קריאה 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לתמיכה אפשר להשתמש בכרטיסי תמונה ואמוג׳י במקום במשפטים ארוכים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בפרק הכתיבה אפשר לתת לתלמידים לבחור בין כתיבה אישית לבין כתיבה על דמות - כדי שכל אחד ירגיש בנוח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הסיגד לכולם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חג הסיגד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בחוברת הזאת נלמד על חג הסיגד. נקרא, נשחק ונכתוב על החג. נעבוד לאט, פרק אחרי פרק.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סיגד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שפירושה השתחוות - שם החג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ביתא ישראל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הקהילה של יהודי אתיופיה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קסים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מנהיגי הקהילה שמובילים את התפילה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ספר התורה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געז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שפה עתיקה שבה כתובה האורית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אמהרית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שפת היומיום של הקהילה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הבטחה לשמור על התורה והמצוות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צום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לא אוכלים ולא שותים ביום החג עד אחר הצהריים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טיילת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בירושלים שבו חוגגים את החג היום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מה זה חג הסיגד – זיהוי עובדות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הוא חג של קהילת יהודי אתיופיה.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באביב, בחודש ניסן.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'סיגד' פירושה השתחוות וסגידה.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חג הסיגד חל עשרה ימים אחרי יום הכיפורים.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מה זה חג הסיגד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בכ״ט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המילה סיגד פירושה __________ וסגידה.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קהילת יהודי אתיופיה נקראת גם __________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חג הסיגד חל __________ יום אחרי יום הכיפורים.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מה זה חג הסיגד – הבנה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הקשר בין הסיגד ליום הכיפורים?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להמשיך את ימי התשובה של הסתיו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זה תאריך מקרי לגמרי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תאריך לועזי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שום קשר בין החגים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השם ביתא ישראל?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עיר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בישראל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נהר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התאריך של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בתשרי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בי׳ בטבת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עושים בחג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ברית עם האלוהים והתורה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קציר התבואה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2 · העלייה אל ההר באתיופיה – מה קרה בבוקר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מתי עלו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אחרי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צבע בגדים לבשו?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לבנים ונקיים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צבעוניים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איזה הר הוזכר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 הכרמל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 תבור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הר הגעש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הוביל את התפילה?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הסוחרים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העלייה אל ההר באתיופיה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לפני העלייה אל ההר, אנשי הקהילה לבשו בגדים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לפי המסורת, ההר באתיופיה מזכיר את הר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מנהיגי הקהילה שהובילו את התפילה נקראים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האורית, ספר התורה של הקהילה, כתובה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הקסים תרגמו את דברי האורית לשפת __________, כדי שכולם יבינו.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העלייה אל ההר באתיופיה – מסדרים את הסיפור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קראו מן האורית בשפת געז.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 הקהילה לבשו בגדים לבנים ונקיים.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הקסים תרגמו את הדברים לאמהרית כדי שכולם יבינו.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בסוף התפילה ירדו מן ההר וחגגו בארוחה ובריקודים.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כולם עלו יחד אל פסגת ההר הגבוה.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3 · סיגד היום בירושלים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באיזו עיר חוגגים את החג?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איפה עומד הקהל ורואה את העיר?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מהגג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מהטיילת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מהיער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הצבע של הבגדים של הקסים?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עוד הקסים מחזיקים?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דגלים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מטריות צבעוניות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פרחים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עושים אחרי שגומרים להתפלל?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הולכים הביתה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שרים ורוקדים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לומדים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סיגד היום בירושלים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היום חוגגים את חג הסיגד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הקהל עומד על ה__________ ורואה משם את העיר.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לובשים לבן ומחזיקים __________ צבעוניות.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אחרי התפילה המשפחות חוגגות ב__________ וברקודים.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סיגד היום בירושלים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תארו במשפט אחד למה אנשים רבים עולים לטיילת בירושלים ביום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לדעתכם הקסים ממשיכים ללבוש בגדים לבנים גם בירושלים?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שני דברים שמשפחות עושות יחד בסיגד בירושלים היום.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4 · מילים וביטויים של החג – מכירים את המילים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סיגד זה...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ריקוד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סוג של אוכל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של 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שם הקהילה החוגגת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ביתא ישראל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בני ישורון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עדת המזרח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תורה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בצום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לא אוכלים ולא שותים עד אחרי הצהריים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אוכלים ארוחה גדולה בבוקר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ישנים כל היום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צבע הבגדים בחג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מנהיג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השכנים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מילים וביטויים של החג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בחג הסיגד הקהילה מחדשת את ה__________ עם אלוהים ועם התורה.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הצום יש __________ חגיגית עם שירים וריקודים.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הקסים קוראים מתוך האורית בשפת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בני הקהילה עולים יחד אל ה__________ הגבוה, לפי המסורת.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מילים וביטויים של החג – כותבים עם מילות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"קהילה", הקשור לחג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"ברית", לפי הטקסט.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משפט שמתאר את ה"שמחה" בסיום 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5 · דקדוק, משחקים וכתיבה – מילים וההתאמה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השפה העתיקה שבה כתובה האורית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קֵסים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ספר התורה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השתחוות, סגידה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געז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שפת היומיום של הקהילה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אמהרית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מנהיגי הקהילה הדתיים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דקדוק, משחקים וכתיבה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חג הסיגד חל __________ יום אחרי יום הכיפורים.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בבוקר החג עלו בני הקהילה אל פסגת __________ גבוה.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הקֵסים קראו מתוך האורית בשפת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התפילה אמרו כולם יחד: בשנה הבאה ב__________.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בחג הסיגד בני הקהילה מחדשים את ה__________ עם האל ועם התורה.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דקדוק, משחקים וכתיבה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קורה אחרי הצום?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אוכלים יחד, שרים ורוקדים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הולכים לישון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חוזרים לעבודה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ממשיכים לצום עוד 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ההר חשוב?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מסמל את הר סיני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קרוב 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נמצא בירושלים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ההר הגבוה באתיופיה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היה צריך תרגום?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כי רוב המתפללים לא הבינו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כי אסור היה לדבר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כדי לקצר את התפילה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כי אמהרית קדושה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הסיגד דומה למעמד של עזרא ונחמיה?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בשניהם מתכנסים, שומעים את התורה ומתחייבים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אין שום קשר ביניהם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חלים באותו תאריך בדיוק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מתקיימים רק באתיופיה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חזרה מסכמת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המשמעות של המילה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השתחוות וסגידה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זמן בשנה חוגגים 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בכ״ט בחשון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קהילה חוגגת את חג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יהודי תימן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ביתא ישראל - יהודי אתיופיה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יהודי מרוקו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יהודי 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צבע בגדים לבשו בעלייה להר?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מי הוביל את התפילה על ההר?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הקסים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החיילים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המורים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כמה ימים אחרי יום הכיפורים חל הסיגד?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עשרה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חמישים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שפה כתוב ספר האורית?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אמהרית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געז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אנגלית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היום את חג הסיגד חוגגים בעיקר באיזו עיר?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אילת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כתיבה וחשיבה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שני דברים שעושים בני הקהילה בחג הסיגד.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במילים שלכם מה זה "לחדש ברית".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למה חשוב שכל המדינה תכיר את חג הסיגד?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פירוש המילה 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איפה חוגגים היום את חג הסיגד?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הקסים עושים בתפילה?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חג הסיגד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