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הסיגד, משמעות שמו ותאריכו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באתיופיה ובישראל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קצרה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נקראת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בסתיו, בכ״ט בחשון.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בכ״ט בחשון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העלייה אל ההר באתיופיה – מה קרה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העלייה אל ההר באתיופיה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העלייה אל ההר באתיופיה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לבשו בגדים לבנים ונקיים.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עלו יחד אל פסגת ההר הגבוה.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סיגד היום בירושלים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סיגד היום בירושלים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סיגד היום בירושלים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מתפללים יחד, שרים, רוקדים, אוכלים ארוחה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וביטויים של החג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 אוכלים ולא שותים עד אחרי הצהריים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וביטויים של החג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וביטויים של החג – כותבים עם מילות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קהילת ביתא ישראל חוגגת יחד את חג הסיגד.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דקדוק, משחקים וכתיבה – מילים וההתאמה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(השתחוות, 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(שפת היומיום של הקהילה)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דקדוק, משחקים וכתיבה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משחקים וכתיבה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אוכלים יחד,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מסמל את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ביתא ישראל -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צמים, מתפללים, עולים להר,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השתחוות או 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בירושלים, על טיילת מול הנוף של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מובילים את התפילה, קוראים מהאורית ומסבירים באמהרית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 קצרים, פרק אחד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לשמור על הניקוד ולהקריא בקול; בד׳-ו׳ אפשר לבקש 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להשתמש בכרטיסי תמונה ואמוג׳י במקום במשפטים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לתלמידים לבחור בין כתיבה אישית לבין כתיבה על דמות - כדי שכל אחד ירגיש בנוח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נלמד יחד על חג הסיגד - מה החג מספר לנו, איך חגגו אותו באתיופיה ואיך חוגגים אותו היום בירושלים. בכל פרק נקרא טקסט קצר, נתרגל מילים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ברית  ·  ירושלים  ·  חשון  ·  השתחוות  ·  ארוחה  ·  סיני  ·  הר  ·  לבנים  ·  מטריות  ·  חמישים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חג הסיגד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של 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באביב,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בכ״ט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סיגד פירושה __________ וסגידה.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השם 'ביתא ישראל'?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בכ״ט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בי׳ בטבת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העלייה אל ההר באתיופיה – מה קרה בבוקר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מהיום עלו בני הקהילה אל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בגדים לבשו העולים אל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לבנים ונקיים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המסורת, את איזה הר מזכיר ההר שעלו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תבור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העלייה אל ההר באתיופיה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העלייה אל ההר, אנשי הקהילה לבשו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המסורת, ההר באתיופיה מזכיר את הר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העלייה אל ההר באתיופיה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עלו יחד אל פסגת ההר הגבוה.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הקהילה לבשו בגדים לבנים ונקיים.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סיגד היום בירושלים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חוגגים היום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מאיפה הקהל רואה את הנוף של העיר בזמן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מהטיילת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צבע בגדים לובשים הקסים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סיגד היום בירושלים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היום חוגגים את חג הסיגד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הקסים לובשים לבן ומחזיקים __________ צבעוניות.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סיגד היום בירושלים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שמשפחות עושות יחד בסיגד בירושלים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מילים וביטויים של החג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ריקוד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לקהילה שחוגגת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 ישורון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עדת המזרח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בצום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אוכלים ולא שותים עד אחרי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אוכלים ארוחה גדולה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ישנים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מילים וביטויים של החג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הקהילה מחדשת את ה__________ עם אלוהים ועם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הצום יש __________ חגיגית עם שירים וריקודים.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מילים וביטויים של החג – כותבים עם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"קהילה", הקשור לחג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דקדוק, משחקים וכתיבה – מילים וההתאמה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השתחוות, סגידה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דקדוק, משחקים וכתיבה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בבוקר החג עלו בני הקהילה אל פסגת __________ גבוה.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דקדוק, משחקים וכתיבה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בני הקהילה אחרי שהצום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אוכלים יחד,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חוזרים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ההר שעלו עליו בסיגד נחשב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מסמל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קרוב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נמצא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ביתא ישראל -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שעושים בני הקהילה בחג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חוגגים היום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